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A158" w14:textId="77777777" w:rsidR="00587E2E" w:rsidRDefault="00000000">
      <w:pPr>
        <w:spacing w:after="0"/>
        <w:jc w:val="center"/>
      </w:pPr>
      <w:r>
        <w:rPr>
          <w:rFonts w:ascii="Aptos Display" w:hAnsi="Aptos Display"/>
          <w:b/>
          <w:color w:val="14212E"/>
          <w:sz w:val="46"/>
        </w:rPr>
        <w:t>JOHN BANYWEIRE</w:t>
      </w:r>
    </w:p>
    <w:p w14:paraId="7EBB5E0B" w14:textId="77777777" w:rsidR="00587E2E" w:rsidRDefault="00000000">
      <w:pPr>
        <w:spacing w:after="60"/>
        <w:jc w:val="center"/>
      </w:pPr>
      <w:r>
        <w:rPr>
          <w:b/>
          <w:color w:val="0F766E"/>
        </w:rPr>
        <w:t>FULL-STACK DEVELOPER | AI DATA TASKS | GRAPHIC DESIGN</w:t>
      </w:r>
    </w:p>
    <w:p w14:paraId="7513CB39" w14:textId="77777777" w:rsidR="00587E2E" w:rsidRDefault="00000000">
      <w:pPr>
        <w:spacing w:after="10"/>
        <w:jc w:val="center"/>
      </w:pPr>
      <w:r>
        <w:rPr>
          <w:sz w:val="15"/>
        </w:rPr>
        <w:t>+256749891136  |  banyweirejohn@gmail.com  |  Uganda</w:t>
      </w:r>
    </w:p>
    <w:p w14:paraId="13683409" w14:textId="77777777" w:rsidR="00587E2E" w:rsidRDefault="00000000">
      <w:pPr>
        <w:spacing w:after="10"/>
        <w:jc w:val="center"/>
      </w:pPr>
      <w:r>
        <w:rPr>
          <w:color w:val="0F646E"/>
          <w:sz w:val="15"/>
        </w:rPr>
        <w:t>GitHub: https://github.com/johnelipse</w:t>
      </w:r>
    </w:p>
    <w:p w14:paraId="1FA0E728" w14:textId="77777777" w:rsidR="00587E2E" w:rsidRDefault="00000000">
      <w:pPr>
        <w:spacing w:after="10"/>
        <w:jc w:val="center"/>
      </w:pPr>
      <w:r>
        <w:rPr>
          <w:color w:val="0F646E"/>
          <w:sz w:val="15"/>
        </w:rPr>
        <w:t>LinkedIn: https://www.linkedin.com/in/banyweire-john-26321b281</w:t>
      </w:r>
    </w:p>
    <w:p w14:paraId="7AD0B19C" w14:textId="6DE5D67E" w:rsidR="00587E2E" w:rsidRDefault="00000000">
      <w:pPr>
        <w:spacing w:after="10"/>
        <w:jc w:val="center"/>
      </w:pPr>
      <w:r>
        <w:rPr>
          <w:color w:val="0F646E"/>
          <w:sz w:val="15"/>
        </w:rPr>
        <w:t>Portfolio: https://john-banyweire.vercel.app</w:t>
      </w:r>
    </w:p>
    <w:p w14:paraId="333AA3D6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PROFESSIONAL PROFILE</w:t>
      </w:r>
    </w:p>
    <w:p w14:paraId="6BAC0D73" w14:textId="77777777" w:rsidR="00587E2E" w:rsidRDefault="00000000">
      <w:r>
        <w:t>Developer and digital creative with practical experience building websites and web applications, working with AI-related task platforms, and creating visual presentations and designs. Brings a project-focused approach to problem-solving, ongoing technical learning, and building digital products for real-world use. Open to suitable opportunities across web/software development, AI data tasks, and digital design. Specific achievements and responsibilities should be tailored to each vacancy and verified before submission.</w:t>
      </w:r>
    </w:p>
    <w:p w14:paraId="428CE445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CORE SKILLS</w:t>
      </w:r>
    </w:p>
    <w:p w14:paraId="321E0FB2" w14:textId="110E359A" w:rsidR="00587E2E" w:rsidRDefault="00000000">
      <w:pPr>
        <w:spacing w:after="20"/>
      </w:pPr>
      <w:r>
        <w:rPr>
          <w:b/>
          <w:color w:val="192B37"/>
        </w:rPr>
        <w:t xml:space="preserve">Web development: </w:t>
      </w:r>
      <w:r>
        <w:t>HTML, CSS, JavaScript, TypeScript, React, Next.js</w:t>
      </w:r>
      <w:r w:rsidR="00991023">
        <w:t>, Flutter</w:t>
      </w:r>
    </w:p>
    <w:p w14:paraId="464CF755" w14:textId="7EC96B7E" w:rsidR="00587E2E" w:rsidRDefault="00000000">
      <w:pPr>
        <w:spacing w:after="20"/>
      </w:pPr>
      <w:r>
        <w:rPr>
          <w:b/>
          <w:color w:val="192B37"/>
        </w:rPr>
        <w:t xml:space="preserve">Backend and databases: </w:t>
      </w:r>
      <w:r>
        <w:t>Node.js, Prisma ORM, PostgreSQL,</w:t>
      </w:r>
      <w:r w:rsidR="00991023">
        <w:t xml:space="preserve"> GO, </w:t>
      </w:r>
      <w:r>
        <w:t>REST APIs; modern full-stack workflows</w:t>
      </w:r>
    </w:p>
    <w:p w14:paraId="11B93F4A" w14:textId="77777777" w:rsidR="00587E2E" w:rsidRDefault="00000000">
      <w:pPr>
        <w:spacing w:after="20"/>
      </w:pPr>
      <w:r>
        <w:rPr>
          <w:b/>
          <w:color w:val="192B37"/>
        </w:rPr>
        <w:t xml:space="preserve">Development tools: </w:t>
      </w:r>
      <w:r>
        <w:t>Git, GitHub, pnpm, Vercel, responsive design, debugging, documentation</w:t>
      </w:r>
    </w:p>
    <w:p w14:paraId="0ABDB155" w14:textId="77777777" w:rsidR="00587E2E" w:rsidRDefault="00000000">
      <w:pPr>
        <w:spacing w:after="20"/>
      </w:pPr>
      <w:r>
        <w:rPr>
          <w:b/>
          <w:color w:val="192B37"/>
        </w:rPr>
        <w:t xml:space="preserve">AI data work: </w:t>
      </w:r>
      <w:r>
        <w:t>Experience with Clickworker and Yupp AI platforms; task-based digital workflows</w:t>
      </w:r>
    </w:p>
    <w:p w14:paraId="2A48CD3E" w14:textId="77777777" w:rsidR="00587E2E" w:rsidRDefault="00000000">
      <w:pPr>
        <w:spacing w:after="20"/>
      </w:pPr>
      <w:r>
        <w:rPr>
          <w:b/>
          <w:color w:val="192B37"/>
        </w:rPr>
        <w:t xml:space="preserve">Design and presentation: </w:t>
      </w:r>
      <w:r>
        <w:t>Canva, PowerPoint, visual layout, presentation design</w:t>
      </w:r>
    </w:p>
    <w:p w14:paraId="45F68250" w14:textId="77777777" w:rsidR="00587E2E" w:rsidRDefault="00000000">
      <w:pPr>
        <w:spacing w:after="20"/>
      </w:pPr>
      <w:r>
        <w:rPr>
          <w:b/>
          <w:color w:val="192B37"/>
        </w:rPr>
        <w:t xml:space="preserve">Professional strengths: </w:t>
      </w:r>
      <w:r>
        <w:t>Independent learning, problem-solving, attention to detail, adaptability, communication</w:t>
      </w:r>
    </w:p>
    <w:p w14:paraId="1CF21925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PROFESSIONAL EXPERIENCE</w:t>
      </w:r>
    </w:p>
    <w:p w14:paraId="0EBB715E" w14:textId="77777777" w:rsidR="00587E2E" w:rsidRDefault="00000000">
      <w:pPr>
        <w:spacing w:before="40" w:after="0"/>
      </w:pPr>
      <w:r>
        <w:rPr>
          <w:b/>
          <w:color w:val="182B37"/>
        </w:rPr>
        <w:t>Software Development | Desishub</w:t>
      </w:r>
    </w:p>
    <w:p w14:paraId="47F8DD38" w14:textId="43568619" w:rsidR="00587E2E" w:rsidRDefault="00000000">
      <w:pPr>
        <w:spacing w:after="10"/>
      </w:pPr>
      <w:r>
        <w:rPr>
          <w:i/>
          <w:color w:val="646D77"/>
          <w:sz w:val="15"/>
        </w:rPr>
        <w:t>[</w:t>
      </w:r>
      <w:r w:rsidR="00991023">
        <w:rPr>
          <w:i/>
          <w:color w:val="646D77"/>
          <w:sz w:val="15"/>
        </w:rPr>
        <w:t>Started 2025</w:t>
      </w:r>
      <w:r>
        <w:rPr>
          <w:i/>
          <w:color w:val="646D77"/>
          <w:sz w:val="15"/>
        </w:rPr>
        <w:t>]</w:t>
      </w:r>
    </w:p>
    <w:p w14:paraId="314B7E6B" w14:textId="77777777" w:rsidR="00587E2E" w:rsidRDefault="00000000">
      <w:pPr>
        <w:pStyle w:val="ListBullet"/>
        <w:spacing w:after="20"/>
        <w:ind w:left="259" w:hanging="173"/>
      </w:pPr>
      <w:r>
        <w:t>Work in a software-company environment focused on website and web-application development.</w:t>
      </w:r>
    </w:p>
    <w:p w14:paraId="383D96E1" w14:textId="77777777" w:rsidR="00587E2E" w:rsidRDefault="00000000">
      <w:pPr>
        <w:pStyle w:val="ListBullet"/>
        <w:spacing w:after="20"/>
        <w:ind w:left="259" w:hanging="173"/>
      </w:pPr>
      <w:r>
        <w:t>Build and refine user-facing interfaces, with attention to responsive layouts and usability.</w:t>
      </w:r>
    </w:p>
    <w:p w14:paraId="2DD1FE92" w14:textId="77777777" w:rsidR="00587E2E" w:rsidRDefault="00000000">
      <w:pPr>
        <w:pStyle w:val="ListBullet"/>
        <w:spacing w:after="20"/>
        <w:ind w:left="259" w:hanging="173"/>
      </w:pPr>
      <w:r>
        <w:t>Use modern development tools and practical troubleshooting to implement and improve software projects.</w:t>
      </w:r>
    </w:p>
    <w:p w14:paraId="6C1FEFCB" w14:textId="77777777" w:rsidR="00587E2E" w:rsidRDefault="00000000">
      <w:pPr>
        <w:spacing w:before="40" w:after="0"/>
      </w:pPr>
      <w:r>
        <w:rPr>
          <w:b/>
          <w:color w:val="182B37"/>
        </w:rPr>
        <w:t>AI Data Tasks | Clickworker and Yupp AI</w:t>
      </w:r>
    </w:p>
    <w:p w14:paraId="203F26E6" w14:textId="4BB33734" w:rsidR="00587E2E" w:rsidRDefault="00000000">
      <w:pPr>
        <w:spacing w:after="10"/>
      </w:pPr>
      <w:r>
        <w:rPr>
          <w:i/>
          <w:color w:val="646D77"/>
          <w:sz w:val="15"/>
        </w:rPr>
        <w:t>[</w:t>
      </w:r>
      <w:r w:rsidR="00991023">
        <w:rPr>
          <w:i/>
          <w:color w:val="646D77"/>
          <w:sz w:val="15"/>
        </w:rPr>
        <w:t>Started 2025</w:t>
      </w:r>
      <w:r>
        <w:rPr>
          <w:i/>
          <w:color w:val="646D77"/>
          <w:sz w:val="15"/>
        </w:rPr>
        <w:t>]</w:t>
      </w:r>
    </w:p>
    <w:p w14:paraId="31C40B9D" w14:textId="77777777" w:rsidR="00587E2E" w:rsidRDefault="00000000">
      <w:pPr>
        <w:pStyle w:val="ListBullet"/>
        <w:spacing w:after="20"/>
        <w:ind w:left="259" w:hanging="173"/>
      </w:pPr>
      <w:r>
        <w:t>Experience using AI-related task platforms and task-based digital workflows.</w:t>
      </w:r>
    </w:p>
    <w:p w14:paraId="48FE5981" w14:textId="77777777" w:rsidR="00587E2E" w:rsidRDefault="00000000">
      <w:pPr>
        <w:pStyle w:val="ListBullet"/>
        <w:spacing w:after="20"/>
        <w:ind w:left="259" w:hanging="173"/>
      </w:pPr>
      <w:r>
        <w:t>Follow platform instructions and quality requirements when completing assigned tasks.</w:t>
      </w:r>
    </w:p>
    <w:p w14:paraId="60BC910A" w14:textId="77777777" w:rsidR="00587E2E" w:rsidRDefault="00000000">
      <w:pPr>
        <w:pStyle w:val="ListBullet"/>
        <w:spacing w:after="20"/>
        <w:ind w:left="259" w:hanging="173"/>
      </w:pPr>
      <w:r>
        <w:t>Add specific task categories or measurable results only where accurate and verifiable.</w:t>
      </w:r>
    </w:p>
    <w:p w14:paraId="3D150B0B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SELECTED PROJECTS</w:t>
      </w:r>
    </w:p>
    <w:p w14:paraId="6B5579BD" w14:textId="67106057" w:rsidR="00587E2E" w:rsidRDefault="007406AC">
      <w:pPr>
        <w:spacing w:after="20"/>
      </w:pPr>
      <w:r w:rsidRPr="007406AC">
        <w:rPr>
          <w:b/>
          <w:color w:val="192B37"/>
        </w:rPr>
        <w:t>Phil of Africa Safaris</w:t>
      </w:r>
      <w:r w:rsidR="00000000">
        <w:rPr>
          <w:b/>
          <w:color w:val="192B37"/>
        </w:rPr>
        <w:t xml:space="preserve">— </w:t>
      </w:r>
      <w:r w:rsidRPr="007406AC">
        <w:t>A modern safari and travel platform designed to showcase African destinations, wildlife experiences, tour packages, and travel services</w:t>
      </w:r>
      <w:r w:rsidR="00000000">
        <w:t xml:space="preserve">. </w:t>
      </w:r>
      <w:r w:rsidRPr="007406AC">
        <w:rPr>
          <w:color w:val="0F766E"/>
          <w:sz w:val="15"/>
        </w:rPr>
        <w:t>https://phil-of-africa-safaris.vercel.app</w:t>
      </w:r>
    </w:p>
    <w:p w14:paraId="01B00DAD" w14:textId="13C0485B" w:rsidR="007406AC" w:rsidRDefault="007406AC">
      <w:pPr>
        <w:spacing w:after="20"/>
      </w:pPr>
      <w:r w:rsidRPr="007406AC">
        <w:rPr>
          <w:b/>
          <w:color w:val="192B37"/>
        </w:rPr>
        <w:t>Futisa</w:t>
      </w:r>
      <w:r w:rsidR="00000000">
        <w:rPr>
          <w:b/>
          <w:color w:val="192B37"/>
        </w:rPr>
        <w:t xml:space="preserve">— </w:t>
      </w:r>
      <w:r w:rsidRPr="007406AC">
        <w:t>A modern web platform built to connect users with services and opportunities through a simple, intuitive, and responsive experience.</w:t>
      </w:r>
      <w:r w:rsidRPr="007406AC">
        <w:t xml:space="preserve"> </w:t>
      </w:r>
      <w:r>
        <w:t xml:space="preserve"> </w:t>
      </w:r>
      <w:hyperlink r:id="rId6" w:history="1">
        <w:r w:rsidRPr="007406AC">
          <w:rPr>
            <w:rStyle w:val="Hyperlink"/>
          </w:rPr>
          <w:t>https://futisa.lubegajovan.org</w:t>
        </w:r>
      </w:hyperlink>
    </w:p>
    <w:p w14:paraId="3F8F007B" w14:textId="628E21B5" w:rsidR="00587E2E" w:rsidRDefault="00000000">
      <w:pPr>
        <w:spacing w:after="20"/>
      </w:pPr>
      <w:proofErr w:type="spellStart"/>
      <w:r>
        <w:rPr>
          <w:b/>
          <w:color w:val="192B37"/>
        </w:rPr>
        <w:t>SendNest</w:t>
      </w:r>
      <w:proofErr w:type="spellEnd"/>
      <w:r>
        <w:rPr>
          <w:b/>
          <w:color w:val="192B37"/>
        </w:rPr>
        <w:t xml:space="preserve"> — </w:t>
      </w:r>
      <w:r>
        <w:t xml:space="preserve">Email-focused web application using a modern full-stack workflow. </w:t>
      </w:r>
      <w:r>
        <w:rPr>
          <w:color w:val="0F766E"/>
          <w:sz w:val="15"/>
        </w:rPr>
        <w:t>https://sendnest-emails.vercel.app/</w:t>
      </w:r>
    </w:p>
    <w:p w14:paraId="6C1257BB" w14:textId="77777777" w:rsidR="00587E2E" w:rsidRDefault="00000000">
      <w:pPr>
        <w:spacing w:after="20"/>
      </w:pPr>
      <w:r>
        <w:rPr>
          <w:b/>
          <w:color w:val="192B37"/>
        </w:rPr>
        <w:t xml:space="preserve">TaskFlowX — </w:t>
      </w:r>
      <w:r>
        <w:t xml:space="preserve">Task and project management application with workspaces, boards, projects, and tasks. </w:t>
      </w:r>
      <w:r>
        <w:rPr>
          <w:color w:val="0F766E"/>
          <w:sz w:val="15"/>
        </w:rPr>
        <w:t>https://task-management-five-henna.vercel.app/</w:t>
      </w:r>
    </w:p>
    <w:p w14:paraId="16BC941A" w14:textId="77777777" w:rsidR="00587E2E" w:rsidRDefault="00000000">
      <w:pPr>
        <w:spacing w:after="20"/>
      </w:pPr>
      <w:r>
        <w:rPr>
          <w:b/>
          <w:color w:val="192B37"/>
        </w:rPr>
        <w:t xml:space="preserve">FlexApi — </w:t>
      </w:r>
      <w:r>
        <w:t xml:space="preserve">API-related project; add a concise description of your specific contribution. </w:t>
      </w:r>
      <w:r>
        <w:rPr>
          <w:color w:val="0F766E"/>
          <w:sz w:val="15"/>
        </w:rPr>
        <w:t>https://flexiapi.vercel.app/</w:t>
      </w:r>
    </w:p>
    <w:p w14:paraId="5B8A63F7" w14:textId="2F4E166F" w:rsidR="00587E2E" w:rsidRDefault="00000000">
      <w:pPr>
        <w:spacing w:after="20"/>
      </w:pPr>
      <w:r>
        <w:rPr>
          <w:b/>
          <w:color w:val="192B37"/>
        </w:rPr>
        <w:t xml:space="preserve">Portfolio — </w:t>
      </w:r>
      <w:r>
        <w:t xml:space="preserve">Portfolio featuring additional projects and demonstrations. </w:t>
      </w:r>
      <w:r>
        <w:rPr>
          <w:color w:val="0F766E"/>
          <w:sz w:val="15"/>
        </w:rPr>
        <w:t>https://john-banyweire.vercel.app</w:t>
      </w:r>
    </w:p>
    <w:p w14:paraId="6729CF3F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EDUCATION</w:t>
      </w:r>
    </w:p>
    <w:p w14:paraId="62E3B76F" w14:textId="79431FCC" w:rsidR="00205135" w:rsidRDefault="00991023" w:rsidP="00205135">
      <w:pPr>
        <w:spacing w:after="20"/>
      </w:pPr>
      <w:r>
        <w:rPr>
          <w:b/>
        </w:rPr>
        <w:t>Software Development</w:t>
      </w:r>
      <w:r w:rsidR="00205135">
        <w:rPr>
          <w:b/>
        </w:rPr>
        <w:t xml:space="preserve"> — </w:t>
      </w:r>
      <w:proofErr w:type="spellStart"/>
      <w:r w:rsidR="00205135">
        <w:rPr>
          <w:b/>
        </w:rPr>
        <w:t>Desishub</w:t>
      </w:r>
      <w:proofErr w:type="spellEnd"/>
      <w:r w:rsidR="00205135">
        <w:rPr>
          <w:b/>
        </w:rPr>
        <w:t xml:space="preserve">. </w:t>
      </w:r>
      <w:r w:rsidR="00205135">
        <w:t>Completed 202</w:t>
      </w:r>
      <w:r w:rsidR="00205135">
        <w:t>5</w:t>
      </w:r>
    </w:p>
    <w:p w14:paraId="4CCAC33E" w14:textId="4A6BD904" w:rsidR="00205135" w:rsidRDefault="00205135" w:rsidP="00205135">
      <w:pPr>
        <w:spacing w:after="20"/>
      </w:pPr>
      <w:r>
        <w:rPr>
          <w:b/>
        </w:rPr>
        <w:t xml:space="preserve">Advanced Level (A-Level) — Kyambogo College. </w:t>
      </w:r>
      <w:r>
        <w:t>Completed 2023</w:t>
      </w:r>
    </w:p>
    <w:p w14:paraId="1502DF46" w14:textId="77777777" w:rsidR="00587E2E" w:rsidRDefault="00000000">
      <w:pPr>
        <w:spacing w:after="20"/>
      </w:pPr>
      <w:r>
        <w:rPr>
          <w:b/>
        </w:rPr>
        <w:t xml:space="preserve">Ordinary Level (O-Level) — Majorine College Mulawa Secondary School. </w:t>
      </w:r>
      <w:r>
        <w:t>Completed 2020</w:t>
      </w:r>
    </w:p>
    <w:p w14:paraId="2A3C340F" w14:textId="77777777" w:rsidR="00587E2E" w:rsidRDefault="00000000">
      <w:pPr>
        <w:pBdr>
          <w:bottom w:val="single" w:sz="5" w:space="3" w:color="B8DAD6"/>
        </w:pBdr>
        <w:spacing w:before="120"/>
      </w:pPr>
      <w:r>
        <w:rPr>
          <w:rFonts w:ascii="Aptos Display" w:hAnsi="Aptos Display"/>
          <w:b/>
          <w:color w:val="0F766E"/>
          <w:sz w:val="20"/>
        </w:rPr>
        <w:t>ADDITIONAL INFORMATION</w:t>
      </w:r>
    </w:p>
    <w:p w14:paraId="35AA825C" w14:textId="6DED3EAD" w:rsidR="00991023" w:rsidRDefault="00000000" w:rsidP="00991023">
      <w:r>
        <w:t xml:space="preserve">Languages: </w:t>
      </w:r>
      <w:r w:rsidR="00991023">
        <w:t xml:space="preserve"> English</w:t>
      </w:r>
      <w:r>
        <w:t xml:space="preserve">. </w:t>
      </w:r>
    </w:p>
    <w:sectPr w:rsidR="00991023" w:rsidSect="00034616">
      <w:pgSz w:w="12240" w:h="15840"/>
      <w:pgMar w:top="749" w:right="1008" w:bottom="749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0516804">
    <w:abstractNumId w:val="8"/>
  </w:num>
  <w:num w:numId="2" w16cid:durableId="635181754">
    <w:abstractNumId w:val="6"/>
  </w:num>
  <w:num w:numId="3" w16cid:durableId="754130035">
    <w:abstractNumId w:val="5"/>
  </w:num>
  <w:num w:numId="4" w16cid:durableId="809833906">
    <w:abstractNumId w:val="4"/>
  </w:num>
  <w:num w:numId="5" w16cid:durableId="173617885">
    <w:abstractNumId w:val="7"/>
  </w:num>
  <w:num w:numId="6" w16cid:durableId="1304383771">
    <w:abstractNumId w:val="3"/>
  </w:num>
  <w:num w:numId="7" w16cid:durableId="1954825274">
    <w:abstractNumId w:val="2"/>
  </w:num>
  <w:num w:numId="8" w16cid:durableId="661617865">
    <w:abstractNumId w:val="1"/>
  </w:num>
  <w:num w:numId="9" w16cid:durableId="136251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5135"/>
    <w:rsid w:val="0029639D"/>
    <w:rsid w:val="00326F90"/>
    <w:rsid w:val="00587E2E"/>
    <w:rsid w:val="007406AC"/>
    <w:rsid w:val="008758C0"/>
    <w:rsid w:val="00991023"/>
    <w:rsid w:val="00AA1D8D"/>
    <w:rsid w:val="00B47730"/>
    <w:rsid w:val="00CB0664"/>
    <w:rsid w:val="00E259BF"/>
    <w:rsid w:val="00E92E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17D4CD"/>
  <w14:defaultImageDpi w14:val="300"/>
  <w15:docId w15:val="{EC0DA30A-2939-43C2-95C0-18A9A913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ptos" w:hAnsi="Aptos"/>
      <w:color w:val="303945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406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utisa.lubegajova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Banyweire — Professional CV</vt:lpstr>
    </vt:vector>
  </TitlesOfParts>
  <Manager/>
  <Company/>
  <LinksUpToDate>false</LinksUpToDate>
  <CharactersWithSpaces>3201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Banyweire — Professional CV</dc:title>
  <dc:subject>General professional CV</dc:subject>
  <dc:creator>John Banyweire</dc:creator>
  <cp:keywords/>
  <dc:description>generated by python-docx</dc:description>
  <cp:lastModifiedBy>moon walker</cp:lastModifiedBy>
  <cp:revision>5</cp:revision>
  <dcterms:created xsi:type="dcterms:W3CDTF">2013-12-23T23:15:00Z</dcterms:created>
  <dcterms:modified xsi:type="dcterms:W3CDTF">2026-10-09T09:05:00Z</dcterms:modified>
  <cp:category/>
</cp:coreProperties>
</file>